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טקסטים – סיפורי מורשת משפחתית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הסיפורים באתר ואת החפץ המרכזי בכל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הבנה בסיסית של מושגי מורשת ומשפחה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בהשראת סיפורי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שעון ישן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סבתא זוהרה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במחסן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אפשרות ללחוץ על כפתור הקשבה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שעון, מחברת, מזוודה ושם הם כולם קשורים למורשת משפחתית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סיפור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(חפץ: שעון עתיק)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(חפץ: מחברת מתכונים)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(חפץ: מזוודה ישנה)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(נושא: משמעות של 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מתכונים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סיפור מתוך רשימת 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מחליטים אם לקרוא לבד או ללחוץ על הקשבה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או מקשיבים לטקסט של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חושבים איזה חפץ מורשת מופיע בסיפור ולמה הוא 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חפץ מתוך הסיפורים, מתאר אותו בקצרה ומסביר בשפתו מדוע חפץ כזה יכול להיות חשוב למשפחה (זיכרון, קשר בין דורות)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שעון, מחברת מתכונים, מזוודה, 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באתר אפשר גם לקרוא לבד וגם ללחוץ על כפתור הקשבה כדי לשמוע את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חפצים ישנים קשורים לזיכרונות ולדורות קודמים במשפחה ולכן יש בהם ערך של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בכיתה את כותרות הסיפורים לפני תחילת הדף כדי לרענן את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שאין להם סיפור חפץ ביתי להמציא דוגמה קצרה ופשוטה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לבקש מהתלמידים לשתף בעל פה את מה שכתבו, ללא חובה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טקסטים – סיפורי מורשת משפחתית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מופיעים ארבעה סיפורים קצרים, וכל אחד מהם מספר על חפץ משפחתי מיוחד שעובר מדור לדור. בדף זה נתרגל את הנושאים שמופיעים בסיפורים.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מתכונים  ·  מורשת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חפץ נמצא במרכז הסיפור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שעון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מזוודה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מחברת מתכונים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כתבה את המתכונים במחברת שבסיפור?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סבתא זוהרה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איפה נמצאה המזוודה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בחדר השינה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במחסן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במטבח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להקשיב לסיפורים בעמוד ולא רק לקרוא אותם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הסיפורים עוסקים בחפץ משפחתי שעבר בירושה או נשמר לאורך 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התאמת סיפור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הסיפור שמאחורי השעון הישן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חפץ: מזוודה ישנה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מחברת המתכונים של סבתא זוהרה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חפץ: שעון עתיק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המזוודה מהמחסן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נושא: משמעות של 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הסוד שבשם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חפץ: מחברת מתכונים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חפץ שעובר מדור לדור ומספר על המשפחה נקרא חפץ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במחברת של סבתא זוהרה כתובים __________ ישנים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או מקשיבים לטקסט של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חושבים איזה חפץ מורשת מופיע בסיפור ולמה הוא חשוב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מחליטים אם לקרוא לבד או ללחוץ על הקשבה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סיפור מתוך רשימת הסיפורים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חפץ אחד מהסיפורים (שעון, מחברת מתכונים, מזוודה או שם) וכתבו שלוש שורות: מה החפץ, למי הוא שייך ולמה הוא חשוב למשפחה.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ארבעת החפצים שמופיעים בכותרות הסיפורים?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לקרוא סיפור לבין להקשיב לו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טקסטים – סיפורי מורשת משפחתית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