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טקסטים – סיפורי מורשת משפחתית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הסיפורים באתר ואת החפץ המרכזי בכל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בסיסית של מושגי מורשת ומשפחה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בהשראת סיפורי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שעון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סבתא זוהרה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סוד שקשור לשם של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אפשרות ללחוץ על כפתור 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שעון, מחברת, מזוודה ושם הם כולם קשורים למורשת משפחתית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הסיפור עוסק בשעון ישן ובסיפור שמאחוריו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מופיע בכותרת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זהו הסיפור השלישי, על המזוודה; הרביעי עוסק בשם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סיפור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(חפץ: שעון עתיק)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(חפץ: מחברת מתכונים)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(חפץ: מזוודה ישנה)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(נושא: משמעות של 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סיפור מתוך רשימת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מחליטים אם לקרוא לבד או ללחוץ על 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או מקשיבים לטקסט של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חושבים איזה חפץ מורשת מופיע בסיפור ולמה הוא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חפץ מתוך הסיפורים, מתאר אותו בקצרה ומסביר בשפתו מדוע חפץ כזה יכול להיות חשוב למשפחה (זיכרון, קשר בין 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– כל חפץ סביר (תמונה, תכשיט, כלי בית וכו׳) עם הסבר קצר מדוע הוא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שעון, מחברת מתכונים, מזוודה,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באתר אפשר גם לקרוא לבד וגם ללחוץ על כפתור הקשבה כדי לשמוע 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חפצים ישנים קשורים לזיכרונות ולדורות קודמים במשפחה ולכן יש בהם ערך של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בכיתה את כותרות הסיפורים לפני תחילת הדף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שאין להם סיפור חפץ ביתי להמציא דוגמה קצרה ופשוטה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לשתף בעל פה את מה שכתבו, ללא חובה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טקסטים – סיפורי מורשת משפחתית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ארבעה סיפורים קטנים על חפצים ישנים של המשפחה. נתרגל את זה בדף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דברים, סיפורים או מנהגים שעוברים מהורים לילדים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באותה תקופה, למשל סבא וסבתא הם דור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 גדול לנסיעות או לאחסון חפצים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הוראות להכנת מאכל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שעון עתיק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שעון ישן מאוד שנשמר הרבה 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שמייצג רעיון או זיכרון 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שאדם זוכר מהעבר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החפץ בסיפור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מחברת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כתבה את המתכונים?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 זוהרה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הייתה המזוודה?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בחדר השינה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הסיפור הרביעי 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בגד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סוד שקשור לשם של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טיול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בית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סיפורים יש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להקשיב לסיפורים בעמוד ולא רק לקרוא אותם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הסיפורים עוסקים בחפץ משפחתי שעבר בירושה או נשמר לאורך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על השעון עוסק בטיול לחו״ל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מחברת המתכונים שייכת לדמות בשם סבתא זוהרה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הרביעי עוסק בחפץ שנמצא במחסן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סיפור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הסיפור שמאחורי השעון הישן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חפץ: מזוודה ישנה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מחברת המתכונים של סבתא זוהרה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נושא: משמעות של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המזוודה מהמחסן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חפץ: מחברת מתכונים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הסוד שבשם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חפץ: שעון עתיק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חפץ שעובר מדור לדור ומספר על המשפחה נקרא חפץ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במחברת של סבתא זוהרה כתובים __________ ישנים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המזוודה בסיפור נמצאה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אחד מהסיפורים באתר מספר על __________ מיוחד במשפחה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איזה חפץ מורשת מופיע בסיפור ולמה הוא חשוב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או מקשיבים לטקסט של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סיפור מתוך רשימת הסיפורים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אם לקרוא לבד או ללחוץ על הקשבה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אחד מהסיפורים (שעון, מחברת מתכונים, מזוודה או שם) וכתבו שלוש שורות: מה החפץ, למי הוא שייך ולמה הוא חשוב למשפחה.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יש בבית שלכם חפץ ישן שמספר סיפור על המשפחה? תארו אותו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החפצים שמופיעים בכותרות הסיפורים?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לקרוא סיפור לבין להקשיב לו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חפצים ישנים יכולים לספר סיפור על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טקסטים – סיפורי מורשת משפחתית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